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30472" w14:textId="34826636" w:rsidR="00E0473C" w:rsidRPr="00B62C23" w:rsidRDefault="00E0473C" w:rsidP="00E0473C">
      <w:pPr>
        <w:spacing w:line="480" w:lineRule="exact"/>
        <w:ind w:right="-120"/>
        <w:jc w:val="center"/>
        <w:rPr>
          <w:rFonts w:ascii="Arial" w:eastAsia="標楷體" w:hAnsi="Arial" w:cs="Arial"/>
          <w:sz w:val="40"/>
          <w:szCs w:val="40"/>
          <w:lang w:eastAsia="zh-TW"/>
        </w:rPr>
      </w:pPr>
      <w:r w:rsidRPr="00B62C23">
        <w:rPr>
          <w:rFonts w:ascii="Arial" w:eastAsia="標楷體" w:hAnsi="Arial" w:cs="Arial"/>
          <w:sz w:val="40"/>
          <w:szCs w:val="40"/>
          <w:lang w:eastAsia="zh-TW"/>
        </w:rPr>
        <w:t>明新科技大學</w:t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t xml:space="preserve"> 11</w:t>
      </w:r>
      <w:r w:rsidR="002D0E7E" w:rsidRPr="00B62C23">
        <w:rPr>
          <w:rFonts w:ascii="Arial" w:eastAsia="標楷體" w:hAnsi="Arial" w:cs="Arial"/>
          <w:sz w:val="40"/>
          <w:szCs w:val="40"/>
          <w:lang w:eastAsia="zh-TW"/>
        </w:rPr>
        <w:t>5</w:t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t xml:space="preserve"> </w:t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t>學年度「汗動明新</w:t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t>-</w:t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t>全校運動會」</w:t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br/>
      </w:r>
      <w:r w:rsidRPr="00B62C23">
        <w:rPr>
          <w:rFonts w:ascii="Arial" w:eastAsia="標楷體" w:hAnsi="Arial" w:cs="Arial"/>
          <w:sz w:val="40"/>
          <w:szCs w:val="40"/>
          <w:lang w:eastAsia="zh-TW"/>
        </w:rPr>
        <w:t>大隊接力報名表</w:t>
      </w:r>
    </w:p>
    <w:p w14:paraId="2E608990" w14:textId="7F9E3BB1" w:rsidR="005A2B25" w:rsidRPr="00B62C23" w:rsidRDefault="003F3374">
      <w:pPr>
        <w:rPr>
          <w:rFonts w:ascii="Arial" w:eastAsia="標楷體" w:hAnsi="Arial" w:cs="Arial"/>
          <w:sz w:val="28"/>
          <w:szCs w:val="28"/>
          <w:lang w:eastAsia="zh-TW"/>
        </w:rPr>
      </w:pPr>
      <w:r w:rsidRPr="00B62C23">
        <w:rPr>
          <w:rFonts w:ascii="Arial" w:eastAsia="標楷體" w:hAnsi="Arial" w:cs="Arial"/>
          <w:sz w:val="28"/>
          <w:szCs w:val="28"/>
          <w:lang w:eastAsia="zh-TW"/>
        </w:rPr>
        <w:t>系別：</w:t>
      </w:r>
      <w:r w:rsidRPr="00B62C23">
        <w:rPr>
          <w:rFonts w:ascii="Arial" w:eastAsia="標楷體" w:hAnsi="Arial" w:cs="Arial"/>
          <w:sz w:val="28"/>
          <w:szCs w:val="28"/>
          <w:lang w:eastAsia="zh-TW"/>
        </w:rPr>
        <w:t>______________________________</w:t>
      </w:r>
      <w:r w:rsidR="005B2CCA" w:rsidRPr="00B62C23">
        <w:rPr>
          <w:rFonts w:ascii="Arial" w:eastAsia="標楷體" w:hAnsi="Arial" w:cs="Arial"/>
          <w:sz w:val="28"/>
          <w:szCs w:val="28"/>
          <w:lang w:eastAsia="zh-TW"/>
        </w:rPr>
        <w:t xml:space="preserve">    □ </w:t>
      </w:r>
      <w:r w:rsidR="005B2CCA" w:rsidRPr="00B62C23">
        <w:rPr>
          <w:rFonts w:ascii="Arial" w:eastAsia="標楷體" w:hAnsi="Arial" w:cs="Arial"/>
          <w:sz w:val="28"/>
          <w:szCs w:val="28"/>
          <w:lang w:eastAsia="zh-TW"/>
        </w:rPr>
        <w:t>男生組</w:t>
      </w:r>
      <w:r w:rsidR="005B2CCA" w:rsidRPr="00B62C23">
        <w:rPr>
          <w:rFonts w:ascii="Arial" w:eastAsia="標楷體" w:hAnsi="Arial" w:cs="Arial"/>
          <w:sz w:val="28"/>
          <w:szCs w:val="28"/>
          <w:lang w:eastAsia="zh-TW"/>
        </w:rPr>
        <w:t xml:space="preserve">  □ </w:t>
      </w:r>
      <w:r w:rsidR="005B2CCA" w:rsidRPr="00B62C23">
        <w:rPr>
          <w:rFonts w:ascii="Arial" w:eastAsia="標楷體" w:hAnsi="Arial" w:cs="Arial"/>
          <w:sz w:val="28"/>
          <w:szCs w:val="28"/>
          <w:lang w:eastAsia="zh-TW"/>
        </w:rPr>
        <w:t>女生組</w:t>
      </w:r>
    </w:p>
    <w:p w14:paraId="776381A6" w14:textId="4BF5CC46" w:rsidR="005A2B25" w:rsidRPr="00B62C23" w:rsidRDefault="00E850AC">
      <w:pPr>
        <w:rPr>
          <w:rFonts w:ascii="Arial" w:eastAsia="標楷體" w:hAnsi="Arial" w:cs="Arial"/>
          <w:sz w:val="28"/>
          <w:szCs w:val="28"/>
          <w:lang w:eastAsia="zh-TW"/>
        </w:rPr>
      </w:pPr>
      <w:r w:rsidRPr="00B62C23">
        <w:rPr>
          <w:rFonts w:ascii="Arial" w:eastAsia="標楷體" w:hAnsi="Arial" w:cs="Arial"/>
          <w:sz w:val="28"/>
          <w:szCs w:val="28"/>
          <w:lang w:eastAsia="zh-TW"/>
        </w:rPr>
        <w:t>聯絡</w:t>
      </w:r>
      <w:r w:rsidR="003F3374" w:rsidRPr="00B62C23">
        <w:rPr>
          <w:rFonts w:ascii="Arial" w:eastAsia="標楷體" w:hAnsi="Arial" w:cs="Arial"/>
          <w:sz w:val="28"/>
          <w:szCs w:val="28"/>
          <w:lang w:eastAsia="zh-TW"/>
        </w:rPr>
        <w:t>姓名：</w:t>
      </w:r>
      <w:r w:rsidR="003F3374" w:rsidRPr="00B62C23">
        <w:rPr>
          <w:rFonts w:ascii="Arial" w:eastAsia="標楷體" w:hAnsi="Arial" w:cs="Arial"/>
          <w:sz w:val="28"/>
          <w:szCs w:val="28"/>
          <w:lang w:eastAsia="zh-TW"/>
        </w:rPr>
        <w:t xml:space="preserve">__________________   </w:t>
      </w:r>
      <w:r w:rsidR="003F3374" w:rsidRPr="00B62C23">
        <w:rPr>
          <w:rFonts w:ascii="Arial" w:eastAsia="標楷體" w:hAnsi="Arial" w:cs="Arial"/>
          <w:sz w:val="28"/>
          <w:szCs w:val="28"/>
          <w:lang w:eastAsia="zh-TW"/>
        </w:rPr>
        <w:t>聯絡電話：</w:t>
      </w:r>
      <w:r w:rsidR="003F3374" w:rsidRPr="00B62C23">
        <w:rPr>
          <w:rFonts w:ascii="Arial" w:eastAsia="標楷體" w:hAnsi="Arial" w:cs="Arial"/>
          <w:sz w:val="28"/>
          <w:szCs w:val="28"/>
          <w:lang w:eastAsia="zh-TW"/>
        </w:rPr>
        <w:t>__________________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1132"/>
        <w:gridCol w:w="3788"/>
        <w:gridCol w:w="3030"/>
        <w:gridCol w:w="2840"/>
      </w:tblGrid>
      <w:tr w:rsidR="00505165" w:rsidRPr="00B62C23" w14:paraId="2E3A6FF9" w14:textId="77777777" w:rsidTr="00B62C23">
        <w:tc>
          <w:tcPr>
            <w:tcW w:w="524" w:type="pct"/>
            <w:shd w:val="clear" w:color="auto" w:fill="D9D9D9" w:themeFill="background1" w:themeFillShade="D9"/>
          </w:tcPr>
          <w:p w14:paraId="3F71BBB6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755" w:type="pct"/>
            <w:shd w:val="clear" w:color="auto" w:fill="D9D9D9" w:themeFill="background1" w:themeFillShade="D9"/>
          </w:tcPr>
          <w:p w14:paraId="093AF915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404" w:type="pct"/>
            <w:shd w:val="clear" w:color="auto" w:fill="D9D9D9" w:themeFill="background1" w:themeFillShade="D9"/>
          </w:tcPr>
          <w:p w14:paraId="36724471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學號</w:t>
            </w:r>
            <w:proofErr w:type="spellEnd"/>
          </w:p>
        </w:tc>
        <w:tc>
          <w:tcPr>
            <w:tcW w:w="1316" w:type="pct"/>
            <w:shd w:val="clear" w:color="auto" w:fill="D9D9D9" w:themeFill="background1" w:themeFillShade="D9"/>
          </w:tcPr>
          <w:p w14:paraId="58B8642A" w14:textId="3C703565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班</w:t>
            </w:r>
            <w:r w:rsidRPr="00B62C23">
              <w:rPr>
                <w:rFonts w:ascii="Arial" w:eastAsia="標楷體" w:hAnsi="Arial" w:cs="Arial"/>
                <w:sz w:val="28"/>
                <w:szCs w:val="28"/>
              </w:rPr>
              <w:t>級</w:t>
            </w:r>
          </w:p>
        </w:tc>
      </w:tr>
      <w:tr w:rsidR="00505165" w:rsidRPr="00B62C23" w14:paraId="02F85668" w14:textId="77777777" w:rsidTr="00B62C23">
        <w:trPr>
          <w:trHeight w:val="397"/>
        </w:trPr>
        <w:tc>
          <w:tcPr>
            <w:tcW w:w="524" w:type="pct"/>
          </w:tcPr>
          <w:p w14:paraId="12E66925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755" w:type="pct"/>
          </w:tcPr>
          <w:p w14:paraId="2C5C6112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6F04C4F4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2504C78B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62A8BE14" w14:textId="77777777" w:rsidTr="00B62C23">
        <w:trPr>
          <w:trHeight w:val="397"/>
        </w:trPr>
        <w:tc>
          <w:tcPr>
            <w:tcW w:w="524" w:type="pct"/>
          </w:tcPr>
          <w:p w14:paraId="0C178503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755" w:type="pct"/>
          </w:tcPr>
          <w:p w14:paraId="7D568487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7B2727F7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2835263E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1A2B3CDA" w14:textId="77777777" w:rsidTr="00B62C23">
        <w:trPr>
          <w:trHeight w:val="397"/>
        </w:trPr>
        <w:tc>
          <w:tcPr>
            <w:tcW w:w="524" w:type="pct"/>
          </w:tcPr>
          <w:p w14:paraId="7E90F0A2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755" w:type="pct"/>
          </w:tcPr>
          <w:p w14:paraId="196C8239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72CC727C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2850FE94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46BDDB1A" w14:textId="77777777" w:rsidTr="00B62C23">
        <w:trPr>
          <w:trHeight w:val="397"/>
        </w:trPr>
        <w:tc>
          <w:tcPr>
            <w:tcW w:w="524" w:type="pct"/>
          </w:tcPr>
          <w:p w14:paraId="07CA39CF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755" w:type="pct"/>
          </w:tcPr>
          <w:p w14:paraId="74188008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6AF497D5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4471B9FE" w14:textId="77777777" w:rsidR="00505165" w:rsidRPr="00B62C23" w:rsidRDefault="00505165" w:rsidP="00A523E1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5C0C3F05" w14:textId="77777777" w:rsidTr="00B62C23">
        <w:trPr>
          <w:trHeight w:val="397"/>
        </w:trPr>
        <w:tc>
          <w:tcPr>
            <w:tcW w:w="524" w:type="pct"/>
          </w:tcPr>
          <w:p w14:paraId="7C8B4C55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755" w:type="pct"/>
          </w:tcPr>
          <w:p w14:paraId="06FC5B8F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1A512809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3679A5C1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37C93CA7" w14:textId="77777777" w:rsidTr="00B62C23">
        <w:trPr>
          <w:trHeight w:val="397"/>
        </w:trPr>
        <w:tc>
          <w:tcPr>
            <w:tcW w:w="524" w:type="pct"/>
          </w:tcPr>
          <w:p w14:paraId="5CDA795B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6</w:t>
            </w:r>
          </w:p>
        </w:tc>
        <w:tc>
          <w:tcPr>
            <w:tcW w:w="1755" w:type="pct"/>
          </w:tcPr>
          <w:p w14:paraId="446E9065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60A64197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652F21F5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213FD5AD" w14:textId="77777777" w:rsidTr="00B62C23">
        <w:trPr>
          <w:trHeight w:val="397"/>
        </w:trPr>
        <w:tc>
          <w:tcPr>
            <w:tcW w:w="524" w:type="pct"/>
          </w:tcPr>
          <w:p w14:paraId="3E28ADDB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7</w:t>
            </w:r>
          </w:p>
        </w:tc>
        <w:tc>
          <w:tcPr>
            <w:tcW w:w="1755" w:type="pct"/>
          </w:tcPr>
          <w:p w14:paraId="39A28692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2B116AFA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5641CDCA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3B597FED" w14:textId="77777777" w:rsidTr="00B62C23">
        <w:trPr>
          <w:trHeight w:val="397"/>
        </w:trPr>
        <w:tc>
          <w:tcPr>
            <w:tcW w:w="524" w:type="pct"/>
          </w:tcPr>
          <w:p w14:paraId="28F503B9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8</w:t>
            </w:r>
          </w:p>
        </w:tc>
        <w:tc>
          <w:tcPr>
            <w:tcW w:w="1755" w:type="pct"/>
          </w:tcPr>
          <w:p w14:paraId="5A9C9AAF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44E71A8B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70F220B5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61B137DB" w14:textId="77777777" w:rsidTr="00B62C23">
        <w:trPr>
          <w:trHeight w:val="397"/>
        </w:trPr>
        <w:tc>
          <w:tcPr>
            <w:tcW w:w="524" w:type="pct"/>
          </w:tcPr>
          <w:p w14:paraId="738D7E29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9</w:t>
            </w:r>
          </w:p>
        </w:tc>
        <w:tc>
          <w:tcPr>
            <w:tcW w:w="1755" w:type="pct"/>
          </w:tcPr>
          <w:p w14:paraId="162DEDA6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7B02AB6E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307788A8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6AF397A9" w14:textId="77777777" w:rsidTr="00B62C23">
        <w:trPr>
          <w:trHeight w:val="397"/>
        </w:trPr>
        <w:tc>
          <w:tcPr>
            <w:tcW w:w="524" w:type="pct"/>
          </w:tcPr>
          <w:p w14:paraId="66B8B17C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10</w:t>
            </w:r>
          </w:p>
        </w:tc>
        <w:tc>
          <w:tcPr>
            <w:tcW w:w="1755" w:type="pct"/>
          </w:tcPr>
          <w:p w14:paraId="567DD596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3477B8C7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6FF88999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117883F2" w14:textId="77777777" w:rsidTr="00B62C23">
        <w:trPr>
          <w:trHeight w:val="397"/>
        </w:trPr>
        <w:tc>
          <w:tcPr>
            <w:tcW w:w="524" w:type="pct"/>
          </w:tcPr>
          <w:p w14:paraId="1E0E1EF0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11</w:t>
            </w:r>
          </w:p>
        </w:tc>
        <w:tc>
          <w:tcPr>
            <w:tcW w:w="1755" w:type="pct"/>
          </w:tcPr>
          <w:p w14:paraId="1EC5B06F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210E6499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403605FE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245EAC13" w14:textId="77777777" w:rsidTr="00B62C23">
        <w:trPr>
          <w:trHeight w:val="397"/>
        </w:trPr>
        <w:tc>
          <w:tcPr>
            <w:tcW w:w="524" w:type="pct"/>
          </w:tcPr>
          <w:p w14:paraId="576A8ACB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12</w:t>
            </w:r>
          </w:p>
        </w:tc>
        <w:tc>
          <w:tcPr>
            <w:tcW w:w="1755" w:type="pct"/>
          </w:tcPr>
          <w:p w14:paraId="2D5B6A36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270652A4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389D19D2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6255DA63" w14:textId="77777777" w:rsidTr="00B62C23">
        <w:trPr>
          <w:trHeight w:val="397"/>
        </w:trPr>
        <w:tc>
          <w:tcPr>
            <w:tcW w:w="524" w:type="pct"/>
          </w:tcPr>
          <w:p w14:paraId="5EFC28BF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13</w:t>
            </w:r>
          </w:p>
        </w:tc>
        <w:tc>
          <w:tcPr>
            <w:tcW w:w="1755" w:type="pct"/>
          </w:tcPr>
          <w:p w14:paraId="0AB40B0C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38186ECD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1C5F8518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5D586581" w14:textId="77777777" w:rsidTr="00B62C23">
        <w:trPr>
          <w:trHeight w:val="397"/>
        </w:trPr>
        <w:tc>
          <w:tcPr>
            <w:tcW w:w="524" w:type="pct"/>
          </w:tcPr>
          <w:p w14:paraId="12A7EC72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14</w:t>
            </w:r>
          </w:p>
        </w:tc>
        <w:tc>
          <w:tcPr>
            <w:tcW w:w="1755" w:type="pct"/>
          </w:tcPr>
          <w:p w14:paraId="4F269B25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171AAA18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74FC116A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3C9B3B55" w14:textId="77777777" w:rsidTr="00B62C23">
        <w:trPr>
          <w:trHeight w:val="397"/>
        </w:trPr>
        <w:tc>
          <w:tcPr>
            <w:tcW w:w="524" w:type="pct"/>
          </w:tcPr>
          <w:p w14:paraId="233AEB2B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15</w:t>
            </w:r>
          </w:p>
        </w:tc>
        <w:tc>
          <w:tcPr>
            <w:tcW w:w="1755" w:type="pct"/>
          </w:tcPr>
          <w:p w14:paraId="265C9A47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49975E79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4F102923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0B301DE9" w14:textId="77777777" w:rsidTr="00B62C23">
        <w:trPr>
          <w:trHeight w:val="397"/>
        </w:trPr>
        <w:tc>
          <w:tcPr>
            <w:tcW w:w="524" w:type="pct"/>
          </w:tcPr>
          <w:p w14:paraId="2A3FF875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16</w:t>
            </w:r>
          </w:p>
        </w:tc>
        <w:tc>
          <w:tcPr>
            <w:tcW w:w="1755" w:type="pct"/>
          </w:tcPr>
          <w:p w14:paraId="732B6C67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63EAABB1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3CC9A44E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7148E1BD" w14:textId="77777777" w:rsidTr="00B62C23">
        <w:trPr>
          <w:trHeight w:val="397"/>
        </w:trPr>
        <w:tc>
          <w:tcPr>
            <w:tcW w:w="524" w:type="pct"/>
          </w:tcPr>
          <w:p w14:paraId="4FF83BE0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17</w:t>
            </w:r>
          </w:p>
        </w:tc>
        <w:tc>
          <w:tcPr>
            <w:tcW w:w="1755" w:type="pct"/>
          </w:tcPr>
          <w:p w14:paraId="011DDE1D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71DEBAED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08B5FF60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79389F29" w14:textId="77777777" w:rsidTr="00B62C23">
        <w:trPr>
          <w:trHeight w:val="397"/>
        </w:trPr>
        <w:tc>
          <w:tcPr>
            <w:tcW w:w="524" w:type="pct"/>
          </w:tcPr>
          <w:p w14:paraId="1409121D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18</w:t>
            </w:r>
          </w:p>
        </w:tc>
        <w:tc>
          <w:tcPr>
            <w:tcW w:w="1755" w:type="pct"/>
          </w:tcPr>
          <w:p w14:paraId="3B089F27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54CE72FC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0F1E02E5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1ECE15D2" w14:textId="77777777" w:rsidTr="00B62C23">
        <w:trPr>
          <w:trHeight w:val="397"/>
        </w:trPr>
        <w:tc>
          <w:tcPr>
            <w:tcW w:w="524" w:type="pct"/>
          </w:tcPr>
          <w:p w14:paraId="0C3EEC5F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bookmarkStart w:id="0" w:name="_Hlk202262335"/>
            <w:r w:rsidRPr="00B62C23">
              <w:rPr>
                <w:rFonts w:ascii="Arial" w:eastAsia="標楷體" w:hAnsi="Arial" w:cs="Arial"/>
                <w:sz w:val="28"/>
                <w:szCs w:val="28"/>
              </w:rPr>
              <w:t>19</w:t>
            </w:r>
          </w:p>
        </w:tc>
        <w:tc>
          <w:tcPr>
            <w:tcW w:w="1755" w:type="pct"/>
          </w:tcPr>
          <w:p w14:paraId="64FEB161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19E7D146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6D5427A5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0602050D" w14:textId="77777777" w:rsidTr="00B62C23">
        <w:trPr>
          <w:trHeight w:val="293"/>
        </w:trPr>
        <w:tc>
          <w:tcPr>
            <w:tcW w:w="524" w:type="pct"/>
          </w:tcPr>
          <w:p w14:paraId="6327CB7D" w14:textId="77777777" w:rsidR="00505165" w:rsidRPr="00B62C23" w:rsidRDefault="00505165" w:rsidP="00E0473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20</w:t>
            </w:r>
          </w:p>
        </w:tc>
        <w:tc>
          <w:tcPr>
            <w:tcW w:w="1755" w:type="pct"/>
          </w:tcPr>
          <w:p w14:paraId="08B66F14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04" w:type="pct"/>
          </w:tcPr>
          <w:p w14:paraId="59CFFE9F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1B6807FC" w14:textId="77777777" w:rsidR="00505165" w:rsidRPr="00B62C23" w:rsidRDefault="00505165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bookmarkEnd w:id="0"/>
      <w:tr w:rsidR="00505165" w:rsidRPr="00B62C23" w14:paraId="6A2DE4B9" w14:textId="77777777" w:rsidTr="00B62C23">
        <w:trPr>
          <w:trHeight w:val="255"/>
        </w:trPr>
        <w:tc>
          <w:tcPr>
            <w:tcW w:w="524" w:type="pct"/>
          </w:tcPr>
          <w:p w14:paraId="274D174C" w14:textId="639D1B2A" w:rsidR="00505165" w:rsidRPr="00B62C23" w:rsidRDefault="00505165" w:rsidP="00426DD9">
            <w:pPr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r w:rsidRPr="00B62C23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755" w:type="pct"/>
          </w:tcPr>
          <w:p w14:paraId="53838BB6" w14:textId="0A0BB054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該系學生</w:t>
            </w:r>
            <w:proofErr w:type="spellEnd"/>
          </w:p>
        </w:tc>
        <w:tc>
          <w:tcPr>
            <w:tcW w:w="1404" w:type="pct"/>
          </w:tcPr>
          <w:p w14:paraId="78939B6E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51BED4C1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03908CE3" w14:textId="77777777" w:rsidTr="00B62C23">
        <w:trPr>
          <w:trHeight w:val="203"/>
        </w:trPr>
        <w:tc>
          <w:tcPr>
            <w:tcW w:w="524" w:type="pct"/>
          </w:tcPr>
          <w:p w14:paraId="7DAC8743" w14:textId="1D280569" w:rsidR="00505165" w:rsidRPr="00B62C23" w:rsidRDefault="00505165" w:rsidP="00426DD9">
            <w:pPr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r w:rsidRPr="00B62C23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755" w:type="pct"/>
          </w:tcPr>
          <w:p w14:paraId="5ECE116B" w14:textId="7D782F33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該系學生</w:t>
            </w:r>
            <w:proofErr w:type="spellEnd"/>
          </w:p>
        </w:tc>
        <w:tc>
          <w:tcPr>
            <w:tcW w:w="1404" w:type="pct"/>
          </w:tcPr>
          <w:p w14:paraId="227F2E48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041F5607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7D7AB83F" w14:textId="77777777" w:rsidTr="00B62C23">
        <w:trPr>
          <w:trHeight w:val="179"/>
        </w:trPr>
        <w:tc>
          <w:tcPr>
            <w:tcW w:w="524" w:type="pct"/>
          </w:tcPr>
          <w:p w14:paraId="191CF283" w14:textId="02E82161" w:rsidR="00505165" w:rsidRPr="00B62C23" w:rsidRDefault="00505165" w:rsidP="00426DD9">
            <w:pPr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755" w:type="pct"/>
          </w:tcPr>
          <w:p w14:paraId="069058FF" w14:textId="06B7A992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該系學生</w:t>
            </w:r>
            <w:proofErr w:type="spellEnd"/>
          </w:p>
        </w:tc>
        <w:tc>
          <w:tcPr>
            <w:tcW w:w="1404" w:type="pct"/>
          </w:tcPr>
          <w:p w14:paraId="6AB2D419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697FBC64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0E2897F0" w14:textId="77777777" w:rsidTr="00B62C23">
        <w:trPr>
          <w:trHeight w:val="269"/>
        </w:trPr>
        <w:tc>
          <w:tcPr>
            <w:tcW w:w="524" w:type="pct"/>
          </w:tcPr>
          <w:p w14:paraId="67FB415F" w14:textId="4709CDDA" w:rsidR="00505165" w:rsidRPr="00B62C23" w:rsidRDefault="00505165" w:rsidP="00426DD9">
            <w:pPr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755" w:type="pct"/>
          </w:tcPr>
          <w:p w14:paraId="2D07B659" w14:textId="4EF10B33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該系學生</w:t>
            </w:r>
            <w:proofErr w:type="spellEnd"/>
          </w:p>
        </w:tc>
        <w:tc>
          <w:tcPr>
            <w:tcW w:w="1404" w:type="pct"/>
          </w:tcPr>
          <w:p w14:paraId="1BEB5032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2D705C2A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6B313632" w14:textId="77777777" w:rsidTr="00B62C23">
        <w:trPr>
          <w:trHeight w:val="245"/>
        </w:trPr>
        <w:tc>
          <w:tcPr>
            <w:tcW w:w="524" w:type="pct"/>
          </w:tcPr>
          <w:p w14:paraId="48B0F7D2" w14:textId="336EA4C9" w:rsidR="00505165" w:rsidRPr="00B62C23" w:rsidRDefault="00505165" w:rsidP="00426DD9">
            <w:pPr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1755" w:type="pct"/>
          </w:tcPr>
          <w:p w14:paraId="48201F1C" w14:textId="1047701B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該系學生</w:t>
            </w:r>
            <w:proofErr w:type="spellEnd"/>
          </w:p>
        </w:tc>
        <w:tc>
          <w:tcPr>
            <w:tcW w:w="1404" w:type="pct"/>
          </w:tcPr>
          <w:p w14:paraId="13565DA0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73527E8A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505165" w:rsidRPr="00B62C23" w14:paraId="0E3C2096" w14:textId="77777777" w:rsidTr="00B62C23">
        <w:trPr>
          <w:trHeight w:val="193"/>
        </w:trPr>
        <w:tc>
          <w:tcPr>
            <w:tcW w:w="524" w:type="pct"/>
          </w:tcPr>
          <w:p w14:paraId="59F9121A" w14:textId="5A51939D" w:rsidR="00505165" w:rsidRPr="00B62C23" w:rsidRDefault="00505165" w:rsidP="00426DD9">
            <w:pPr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  <w:r w:rsidRPr="00B62C23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6</w:t>
            </w:r>
          </w:p>
        </w:tc>
        <w:tc>
          <w:tcPr>
            <w:tcW w:w="1755" w:type="pct"/>
          </w:tcPr>
          <w:p w14:paraId="433845B0" w14:textId="1FA487B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B62C23">
              <w:rPr>
                <w:rFonts w:ascii="Arial" w:eastAsia="標楷體" w:hAnsi="Arial" w:cs="Arial"/>
                <w:sz w:val="28"/>
                <w:szCs w:val="28"/>
              </w:rPr>
              <w:t>該系學生</w:t>
            </w:r>
            <w:proofErr w:type="spellEnd"/>
          </w:p>
        </w:tc>
        <w:tc>
          <w:tcPr>
            <w:tcW w:w="1404" w:type="pct"/>
          </w:tcPr>
          <w:p w14:paraId="60D64D66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16" w:type="pct"/>
          </w:tcPr>
          <w:p w14:paraId="18642171" w14:textId="77777777" w:rsidR="00505165" w:rsidRPr="00B62C23" w:rsidRDefault="00505165" w:rsidP="00426DD9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195EB5E8" w14:textId="4B38110E" w:rsidR="00835925" w:rsidRPr="00B62C23" w:rsidRDefault="003F3374" w:rsidP="00E0473C">
      <w:pPr>
        <w:adjustRightInd w:val="0"/>
        <w:snapToGrid w:val="0"/>
        <w:spacing w:after="0" w:line="240" w:lineRule="auto"/>
        <w:rPr>
          <w:rFonts w:ascii="Arial" w:eastAsia="標楷體" w:hAnsi="Arial" w:cs="Arial"/>
          <w:sz w:val="28"/>
          <w:szCs w:val="28"/>
          <w:lang w:eastAsia="zh-TW"/>
        </w:rPr>
      </w:pPr>
      <w:r w:rsidRPr="00B62C23">
        <w:rPr>
          <w:rFonts w:ascii="Arial" w:eastAsia="標楷體" w:hAnsi="Arial" w:cs="Arial"/>
          <w:sz w:val="28"/>
          <w:szCs w:val="28"/>
          <w:lang w:eastAsia="zh-TW"/>
        </w:rPr>
        <w:t>備註：</w:t>
      </w:r>
      <w:r w:rsidR="005B2CCA" w:rsidRPr="00B62C23">
        <w:rPr>
          <w:rFonts w:ascii="Arial" w:eastAsia="標楷體" w:hAnsi="Arial" w:cs="Arial"/>
          <w:sz w:val="28"/>
          <w:szCs w:val="28"/>
          <w:lang w:eastAsia="zh-TW"/>
        </w:rPr>
        <w:t>當天比賽候補選手，只要出示該系學生證明即可下場候補比賽。</w:t>
      </w:r>
    </w:p>
    <w:sectPr w:rsidR="00835925" w:rsidRPr="00B62C23" w:rsidSect="00B62C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CB2C5" w14:textId="77777777" w:rsidR="00BC3EA7" w:rsidRDefault="00BC3EA7" w:rsidP="00990507">
      <w:pPr>
        <w:spacing w:after="0" w:line="240" w:lineRule="auto"/>
      </w:pPr>
      <w:r>
        <w:separator/>
      </w:r>
    </w:p>
  </w:endnote>
  <w:endnote w:type="continuationSeparator" w:id="0">
    <w:p w14:paraId="21D4D197" w14:textId="77777777" w:rsidR="00BC3EA7" w:rsidRDefault="00BC3EA7" w:rsidP="0099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605A" w14:textId="77777777" w:rsidR="00BC3EA7" w:rsidRDefault="00BC3EA7" w:rsidP="00990507">
      <w:pPr>
        <w:spacing w:after="0" w:line="240" w:lineRule="auto"/>
      </w:pPr>
      <w:r>
        <w:separator/>
      </w:r>
    </w:p>
  </w:footnote>
  <w:footnote w:type="continuationSeparator" w:id="0">
    <w:p w14:paraId="15878CA7" w14:textId="77777777" w:rsidR="00BC3EA7" w:rsidRDefault="00BC3EA7" w:rsidP="00990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2092342">
    <w:abstractNumId w:val="8"/>
  </w:num>
  <w:num w:numId="2" w16cid:durableId="523322358">
    <w:abstractNumId w:val="6"/>
  </w:num>
  <w:num w:numId="3" w16cid:durableId="945891113">
    <w:abstractNumId w:val="5"/>
  </w:num>
  <w:num w:numId="4" w16cid:durableId="387649442">
    <w:abstractNumId w:val="4"/>
  </w:num>
  <w:num w:numId="5" w16cid:durableId="36122654">
    <w:abstractNumId w:val="7"/>
  </w:num>
  <w:num w:numId="6" w16cid:durableId="1184976132">
    <w:abstractNumId w:val="3"/>
  </w:num>
  <w:num w:numId="7" w16cid:durableId="1688679605">
    <w:abstractNumId w:val="2"/>
  </w:num>
  <w:num w:numId="8" w16cid:durableId="697121914">
    <w:abstractNumId w:val="1"/>
  </w:num>
  <w:num w:numId="9" w16cid:durableId="26407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2CE"/>
    <w:rsid w:val="0015074B"/>
    <w:rsid w:val="001A7EA6"/>
    <w:rsid w:val="00245E65"/>
    <w:rsid w:val="0029639D"/>
    <w:rsid w:val="00296812"/>
    <w:rsid w:val="002D0E7E"/>
    <w:rsid w:val="00320855"/>
    <w:rsid w:val="00326F90"/>
    <w:rsid w:val="003A1923"/>
    <w:rsid w:val="003D19A4"/>
    <w:rsid w:val="003F3374"/>
    <w:rsid w:val="004103A8"/>
    <w:rsid w:val="00426DD9"/>
    <w:rsid w:val="004B0F98"/>
    <w:rsid w:val="004F4E4D"/>
    <w:rsid w:val="00505165"/>
    <w:rsid w:val="0056050B"/>
    <w:rsid w:val="005A2B25"/>
    <w:rsid w:val="005B2CCA"/>
    <w:rsid w:val="005D564D"/>
    <w:rsid w:val="00674B07"/>
    <w:rsid w:val="006B7C96"/>
    <w:rsid w:val="00702516"/>
    <w:rsid w:val="00733FD9"/>
    <w:rsid w:val="00796816"/>
    <w:rsid w:val="007B3A24"/>
    <w:rsid w:val="00835925"/>
    <w:rsid w:val="008A0243"/>
    <w:rsid w:val="008B1A6A"/>
    <w:rsid w:val="00906DE9"/>
    <w:rsid w:val="00953035"/>
    <w:rsid w:val="00957AD9"/>
    <w:rsid w:val="00990507"/>
    <w:rsid w:val="009D0370"/>
    <w:rsid w:val="009F7555"/>
    <w:rsid w:val="00A523E1"/>
    <w:rsid w:val="00AA1D8D"/>
    <w:rsid w:val="00B47730"/>
    <w:rsid w:val="00B51D37"/>
    <w:rsid w:val="00B62C23"/>
    <w:rsid w:val="00BC3EA7"/>
    <w:rsid w:val="00CA35F1"/>
    <w:rsid w:val="00CB0664"/>
    <w:rsid w:val="00D27376"/>
    <w:rsid w:val="00E0473C"/>
    <w:rsid w:val="00E76D1E"/>
    <w:rsid w:val="00E850AC"/>
    <w:rsid w:val="00EA430A"/>
    <w:rsid w:val="00ED7409"/>
    <w:rsid w:val="00FA35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3D22DF"/>
  <w14:defaultImageDpi w14:val="300"/>
  <w15:docId w15:val="{2C5978FA-BF80-4317-93C3-E889A60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MustUser</cp:lastModifiedBy>
  <cp:revision>19</cp:revision>
  <dcterms:created xsi:type="dcterms:W3CDTF">2026-09-04T01:45:00Z</dcterms:created>
  <dcterms:modified xsi:type="dcterms:W3CDTF">2026-09-07T02:00:00Z</dcterms:modified>
  <cp:category/>
</cp:coreProperties>
</file>